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15.09.2036 - 21.09.2036</w:t>
      </w:r>
    </w:p>
    <w:p>
      <w:r>
        <w:t>Неделя: 15.09.2036 - 21.09.2036</w:t>
      </w:r>
    </w:p>
    <w:p>
      <w:r>
        <w:t>Сформировано: 27.07.2026 20:01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