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22.10.2040 - 28.10.2040</w:t>
      </w:r>
    </w:p>
    <w:p>
      <w:r>
        <w:t>Неделя: 22.10.2040 - 28.10.2040</w:t>
      </w:r>
    </w:p>
    <w:p>
      <w:r>
        <w:t>Сформировано: 05.10.2026 02:15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25.10.2040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26.10.2040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27.10.2040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