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31.12.2040 - 06.01.2041</w:t>
      </w:r>
    </w:p>
    <w:p>
      <w:r>
        <w:t>Неделя: 31.12.2040 - 06.01.2041</w:t>
      </w:r>
    </w:p>
    <w:p>
      <w:r>
        <w:t>Сформировано: 10.08.2026 05:51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