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29.02.2044 - 06.03.2044</w:t>
      </w:r>
    </w:p>
    <w:p>
      <w:r>
        <w:t>Неделя: 29.02.2044 - 06.03.2044</w:t>
      </w:r>
    </w:p>
    <w:p>
      <w:r>
        <w:t>Сформировано: 12.10.2026 16:47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02.03.2044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03.03.2044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05.03.2044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