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21.03.2044 - 27.03.2044</w:t>
      </w:r>
    </w:p>
    <w:p>
      <w:r>
        <w:t>Неделя: 21.03.2044 - 27.03.2044</w:t>
      </w:r>
    </w:p>
    <w:p>
      <w:r>
        <w:t>Сформировано: 12.10.2026 20:16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23.03.2044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24.03.2044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26.03.2044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