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17.04.2045 - 23.04.2045</w:t>
      </w:r>
    </w:p>
    <w:p>
      <w:r>
        <w:t>Неделя: 17.04.2045 - 23.04.2045</w:t>
      </w:r>
    </w:p>
    <w:p>
      <w:r>
        <w:t>Сформировано: 15.10.2026 13:41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19.04.2045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