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27.11.2045 - 03.12.2045</w:t>
      </w:r>
    </w:p>
    <w:p>
      <w:r>
        <w:t>Неделя: 27.11.2045 - 03.12.2045</w:t>
      </w:r>
    </w:p>
    <w:p>
      <w:r>
        <w:t>Сформировано: 17.10.2026 00:38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