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22.07.2047 - 28.07.2047</w:t>
      </w:r>
    </w:p>
    <w:p>
      <w:r>
        <w:t>Неделя: 22.07.2047 - 28.07.2047</w:t>
      </w:r>
    </w:p>
    <w:p>
      <w:r>
        <w:t>Сформировано: 20.10.2026 13:51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25.07.2047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26.07.2047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27.07.2047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