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04.11.2047 - 10.11.2047</w:t>
      </w:r>
    </w:p>
    <w:p>
      <w:r>
        <w:t>Неделя: 04.11.2047 - 10.11.2047</w:t>
      </w:r>
    </w:p>
    <w:p>
      <w:r>
        <w:t>Сформировано: 21.10.2026 04:11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